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sz w:val="36"/>
        </w:rPr>
        <w:t>JEROME EMMANUEL</w:t>
      </w:r>
    </w:p>
    <w:p>
      <w:pPr>
        <w:spacing w:before="0" w:after="80"/>
        <w:jc w:val="center"/>
      </w:pPr>
      <w:r>
        <w:rPr>
          <w:sz w:val="19"/>
        </w:rPr>
        <w:t>+27 785 051 082 | jeromee001@gmail.com | Cape Town, South Africa</w:t>
        <w:br/>
        <w:t>linkedin.com/in/jerome-emmanuel-lawmate | github.com/jerome-ssh | lawmate.site</w:t>
      </w:r>
    </w:p>
    <w:p>
      <w:pPr>
        <w:spacing w:before="200" w:after="0"/>
      </w:pPr>
      <w:r>
        <w:rPr>
          <w:b/>
          <w:sz w:val="22"/>
        </w:rPr>
        <w:t>PROFESSIONAL SUMMARY</w:t>
      </w:r>
    </w:p>
    <w:p>
      <w:pPr>
        <w:spacing w:before="0" w:after="40"/>
        <w:pBdr>
          <w:bottom w:val="single" w:sz="6" w:space="1" w:color="999999"/>
        </w:pBdr>
      </w:pPr>
    </w:p>
    <w:p>
      <w:pPr>
        <w:spacing w:before="80" w:after="80"/>
      </w:pPr>
      <w:r>
        <w:rPr>
          <w:b w:val="0"/>
          <w:sz w:val="20"/>
        </w:rPr>
        <w:t>Full-stack developer focused on React, Next.js, and Node environments, looking for a junior or mid-level role. I recently spent a year building LawMate, a complete legal practice management platform, handling the entire stack from the database up to the web and mobile clients. I have hands-on experience solving real production problems like multi-platform authentication, secure payment processing with Stripe, and real-time WebSocket infrastructure. I am comfortable taking ownership of complex features and am looking to bring that execution speed to a larger engineering team.</w:t>
      </w:r>
    </w:p>
    <w:p>
      <w:pPr>
        <w:spacing w:before="200" w:after="0"/>
      </w:pPr>
      <w:r>
        <w:rPr>
          <w:b/>
          <w:sz w:val="22"/>
        </w:rPr>
        <w:t>WORK EXPERIENCE</w:t>
      </w:r>
    </w:p>
    <w:p>
      <w:pPr>
        <w:spacing w:before="0" w:after="40"/>
        <w:pBdr>
          <w:bottom w:val="single" w:sz="6" w:space="1" w:color="999999"/>
        </w:pBdr>
      </w:pPr>
    </w:p>
    <w:p>
      <w:pPr>
        <w:spacing w:before="120" w:after="20"/>
      </w:pPr>
      <w:r>
        <w:rPr>
          <w:b/>
          <w:sz w:val="20"/>
        </w:rPr>
        <w:t>Lead Developer</w:t>
      </w:r>
      <w:r>
        <w:rPr>
          <w:sz w:val="20"/>
        </w:rPr>
        <w:t xml:space="preserve"> | LawMate (lawmate.site), Cape Town (May 2025 - Present)</w:t>
      </w:r>
    </w:p>
    <w:p>
      <w:pPr>
        <w:spacing w:before="20" w:after="20"/>
        <w:ind w:left="288"/>
      </w:pPr>
      <w:r>
        <w:rPr>
          <w:sz w:val="20"/>
        </w:rPr>
        <w:t>•  Built a legal practice management platform from scratch, including a Next.js web application, a React Native mobile app, and a shared PostgreSQL database.</w:t>
      </w:r>
    </w:p>
    <w:p>
      <w:pPr>
        <w:spacing w:before="20" w:after="20"/>
        <w:ind w:left="288"/>
      </w:pPr>
      <w:r>
        <w:rPr>
          <w:sz w:val="20"/>
        </w:rPr>
        <w:t>•  Wrote custom Next.js middleware to handle dual authentication, allowing Clerk sessions for web users and custom JWTs for mobile users to work together without conflicts.</w:t>
      </w:r>
    </w:p>
    <w:p>
      <w:pPr>
        <w:spacing w:before="20" w:after="20"/>
        <w:ind w:left="288"/>
      </w:pPr>
      <w:r>
        <w:rPr>
          <w:sz w:val="20"/>
        </w:rPr>
        <w:t>•  Set up a subscription billing system that checks feature access at the Edge layer before routes load, making it easier to roll out new paywalls safely.</w:t>
      </w:r>
    </w:p>
    <w:p>
      <w:pPr>
        <w:spacing w:before="20" w:after="20"/>
        <w:ind w:left="288"/>
      </w:pPr>
      <w:r>
        <w:rPr>
          <w:sz w:val="20"/>
        </w:rPr>
        <w:t>•  Implemented a WebSocket server for real-time data syncing, using single-use handshake tickets to keep authentication tokens secure and out of server logs.</w:t>
      </w:r>
    </w:p>
    <w:p>
      <w:pPr>
        <w:spacing w:before="20" w:after="20"/>
        <w:ind w:left="288"/>
      </w:pPr>
      <w:r>
        <w:rPr>
          <w:sz w:val="20"/>
        </w:rPr>
        <w:t>•  Integrated Stripe Connect and ACH payments so law firms can process client invoices and manage their trust accounting automatically.</w:t>
      </w:r>
    </w:p>
    <w:p>
      <w:pPr>
        <w:spacing w:before="20" w:after="20"/>
        <w:ind w:left="288"/>
      </w:pPr>
      <w:r>
        <w:rPr>
          <w:sz w:val="20"/>
        </w:rPr>
        <w:t>•  Secured the application using PostgreSQL Row Level Security to isolate tenant data, along with standard protections like rate limiting and content security policies.</w:t>
      </w:r>
    </w:p>
    <w:p>
      <w:pPr>
        <w:spacing w:before="120" w:after="20"/>
      </w:pPr>
      <w:r>
        <w:rPr>
          <w:b/>
          <w:sz w:val="20"/>
        </w:rPr>
        <w:t>Sales Representative</w:t>
      </w:r>
      <w:r>
        <w:rPr>
          <w:sz w:val="20"/>
        </w:rPr>
        <w:t xml:space="preserve"> | Globacom Nigeria, Lagos (Feb 2019 - May 2019)</w:t>
      </w:r>
    </w:p>
    <w:p>
      <w:pPr>
        <w:spacing w:before="20" w:after="20"/>
        <w:ind w:left="288"/>
      </w:pPr>
      <w:r>
        <w:rPr>
          <w:sz w:val="20"/>
        </w:rPr>
        <w:t>•  Explained technical products and data plans to everyday customers, consistently meeting monthly sales targets.</w:t>
      </w:r>
    </w:p>
    <w:p>
      <w:pPr>
        <w:spacing w:before="20" w:after="20"/>
        <w:ind w:left="288"/>
      </w:pPr>
      <w:r>
        <w:rPr>
          <w:sz w:val="20"/>
        </w:rPr>
        <w:t>•  Wrote product documentation and onboarding materials that were used to train new sales staff.</w:t>
      </w:r>
    </w:p>
    <w:p>
      <w:pPr>
        <w:spacing w:before="120" w:after="20"/>
      </w:pPr>
      <w:r>
        <w:rPr>
          <w:b/>
          <w:sz w:val="20"/>
        </w:rPr>
        <w:t>Assistant Store Manager</w:t>
      </w:r>
      <w:r>
        <w:rPr>
          <w:sz w:val="20"/>
        </w:rPr>
        <w:t xml:space="preserve"> | ND Kay Photos Studio, Asaba, Nigeria (May 2019 - Nov 2019)</w:t>
      </w:r>
    </w:p>
    <w:p>
      <w:pPr>
        <w:spacing w:before="20" w:after="20"/>
        <w:ind w:left="288"/>
      </w:pPr>
      <w:r>
        <w:rPr>
          <w:sz w:val="20"/>
        </w:rPr>
        <w:t>•  Managed inventory, daily reporting, and general store operations for a retail business.</w:t>
      </w:r>
    </w:p>
    <w:p>
      <w:pPr>
        <w:spacing w:before="20" w:after="20"/>
        <w:ind w:left="288"/>
      </w:pPr>
      <w:r>
        <w:rPr>
          <w:sz w:val="20"/>
        </w:rPr>
        <w:t>•  Handled customer service issues directly to maintain high client satisfaction.</w:t>
      </w:r>
    </w:p>
    <w:p>
      <w:pPr>
        <w:spacing w:before="120" w:after="20"/>
      </w:pPr>
      <w:r>
        <w:rPr>
          <w:b/>
          <w:sz w:val="20"/>
        </w:rPr>
        <w:t>Waiter</w:t>
      </w:r>
      <w:r>
        <w:rPr>
          <w:sz w:val="20"/>
        </w:rPr>
        <w:t xml:space="preserve"> | Zeetan Turkish Restaurant, Cape Town (Jan 2024 - Apr 2026)</w:t>
      </w:r>
    </w:p>
    <w:p>
      <w:pPr>
        <w:spacing w:before="20" w:after="20"/>
        <w:ind w:left="288"/>
      </w:pPr>
      <w:r>
        <w:rPr>
          <w:sz w:val="20"/>
        </w:rPr>
        <w:t>•  Kept a reliable work schedule in a fast-paced environment while studying full-time.</w:t>
      </w:r>
    </w:p>
    <w:p>
      <w:pPr>
        <w:spacing w:before="200" w:after="0"/>
      </w:pPr>
      <w:r>
        <w:rPr>
          <w:b/>
          <w:sz w:val="22"/>
        </w:rPr>
        <w:t>EDUCATION</w:t>
      </w:r>
    </w:p>
    <w:p>
      <w:pPr>
        <w:spacing w:before="0" w:after="40"/>
        <w:pBdr>
          <w:bottom w:val="single" w:sz="6" w:space="1" w:color="999999"/>
        </w:pBdr>
      </w:pPr>
    </w:p>
    <w:p>
      <w:pPr>
        <w:spacing w:before="120" w:after="20"/>
      </w:pPr>
      <w:r>
        <w:rPr>
          <w:b/>
          <w:sz w:val="20"/>
        </w:rPr>
        <w:t>BSc Computer Science (Application Development)</w:t>
      </w:r>
      <w:r>
        <w:rPr>
          <w:sz w:val="20"/>
        </w:rPr>
        <w:t xml:space="preserve"> | IIE Varsity College, Cape Town</w:t>
      </w:r>
    </w:p>
    <w:p>
      <w:pPr>
        <w:spacing w:before="120" w:after="20"/>
      </w:pPr>
      <w:r>
        <w:rPr>
          <w:b/>
          <w:sz w:val="20"/>
        </w:rPr>
        <w:t>Diploma in Accounting</w:t>
      </w:r>
      <w:r>
        <w:rPr>
          <w:sz w:val="20"/>
        </w:rPr>
        <w:t xml:space="preserve"> | Delta State University, Nigeria</w:t>
      </w:r>
    </w:p>
    <w:p>
      <w:pPr>
        <w:spacing w:before="120" w:after="20"/>
      </w:pPr>
      <w:r>
        <w:rPr>
          <w:b/>
          <w:sz w:val="20"/>
        </w:rPr>
        <w:t>Secondary School Certificate</w:t>
      </w:r>
      <w:r>
        <w:rPr>
          <w:sz w:val="20"/>
        </w:rPr>
        <w:t xml:space="preserve"> | Osadenis High School, Nigeria</w:t>
      </w:r>
    </w:p>
    <w:p>
      <w:pPr>
        <w:spacing w:before="200" w:after="0"/>
      </w:pPr>
      <w:r>
        <w:rPr>
          <w:b/>
          <w:sz w:val="22"/>
        </w:rPr>
        <w:t>TECHNICAL SKILLS</w:t>
      </w:r>
    </w:p>
    <w:p>
      <w:pPr>
        <w:spacing w:before="0" w:after="40"/>
        <w:pBdr>
          <w:bottom w:val="single" w:sz="6" w:space="1" w:color="999999"/>
        </w:pBdr>
      </w:pPr>
    </w:p>
    <w:p>
      <w:pPr>
        <w:spacing w:before="40" w:after="20"/>
      </w:pPr>
      <w:r>
        <w:rPr>
          <w:b/>
          <w:sz w:val="20"/>
        </w:rPr>
        <w:t xml:space="preserve">Languages &amp; Frameworks: </w:t>
      </w:r>
      <w:r>
        <w:rPr>
          <w:sz w:val="20"/>
        </w:rPr>
        <w:t>JavaScript (ES6+), TypeScript, Python, React, Next.js 14, React Native, Electron</w:t>
      </w:r>
    </w:p>
    <w:p>
      <w:pPr>
        <w:spacing w:before="40" w:after="20"/>
      </w:pPr>
      <w:r>
        <w:rPr>
          <w:b/>
          <w:sz w:val="20"/>
        </w:rPr>
        <w:t xml:space="preserve">Styling: </w:t>
      </w:r>
      <w:r>
        <w:rPr>
          <w:sz w:val="20"/>
        </w:rPr>
        <w:t>HTML5, CSS3, Tailwind CSS, Framer Motion, Responsive Design</w:t>
      </w:r>
    </w:p>
    <w:p>
      <w:pPr>
        <w:spacing w:before="40" w:after="20"/>
      </w:pPr>
      <w:r>
        <w:rPr>
          <w:b/>
          <w:sz w:val="20"/>
        </w:rPr>
        <w:t xml:space="preserve">Backend &amp; Database: </w:t>
      </w:r>
      <w:r>
        <w:rPr>
          <w:sz w:val="20"/>
        </w:rPr>
        <w:t>Supabase, PostgreSQL, Row Level Security (RLS), REST APIs, WebSockets</w:t>
      </w:r>
    </w:p>
    <w:p>
      <w:pPr>
        <w:spacing w:before="40" w:after="20"/>
      </w:pPr>
      <w:r>
        <w:rPr>
          <w:b/>
          <w:sz w:val="20"/>
        </w:rPr>
        <w:t xml:space="preserve">Authentication: </w:t>
      </w:r>
      <w:r>
        <w:rPr>
          <w:sz w:val="20"/>
        </w:rPr>
        <w:t>Clerk, Custom JWT (HS256), OAuth 2.0</w:t>
      </w:r>
    </w:p>
    <w:p>
      <w:pPr>
        <w:spacing w:before="40" w:after="20"/>
      </w:pPr>
      <w:r>
        <w:rPr>
          <w:b/>
          <w:sz w:val="20"/>
        </w:rPr>
        <w:t xml:space="preserve">Payments: </w:t>
      </w:r>
      <w:r>
        <w:rPr>
          <w:sz w:val="20"/>
        </w:rPr>
        <w:t>Stripe Connect, ACH / Plaid</w:t>
      </w:r>
    </w:p>
    <w:p>
      <w:pPr>
        <w:spacing w:before="40" w:after="20"/>
      </w:pPr>
      <w:r>
        <w:rPr>
          <w:b/>
          <w:sz w:val="20"/>
        </w:rPr>
        <w:t xml:space="preserve">DevOps &amp; Tooling: </w:t>
      </w:r>
      <w:r>
        <w:rPr>
          <w:sz w:val="20"/>
        </w:rPr>
        <w:t>Git, Vercel, Railway, Sentry, Figma</w:t>
      </w:r>
    </w:p>
    <w:p>
      <w:pPr>
        <w:spacing w:before="200" w:after="0"/>
      </w:pPr>
      <w:r>
        <w:rPr>
          <w:b/>
          <w:sz w:val="22"/>
        </w:rPr>
        <w:t>ADDITIONAL</w:t>
      </w:r>
    </w:p>
    <w:p>
      <w:pPr>
        <w:spacing w:before="0" w:after="40"/>
        <w:pBdr>
          <w:bottom w:val="single" w:sz="6" w:space="1" w:color="999999"/>
        </w:pBdr>
      </w:pPr>
    </w:p>
    <w:p>
      <w:pPr>
        <w:spacing w:before="80" w:after="40"/>
      </w:pPr>
      <w:r>
        <w:rPr>
          <w:b w:val="0"/>
          <w:sz w:val="20"/>
        </w:rPr>
        <w:t>Languages: English (Advanced) | Location: Cape Town, South Africa | Available for on-site, hybrid, or fully remote roles</w:t>
      </w:r>
    </w:p>
    <w:sectPr w:rsidR="00FC693F" w:rsidRPr="0006063C" w:rsidSect="00034616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